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SC" w:hAnsi="Noto Sans CJK SC" w:eastAsia="Noto Sans CJK SC"/>
          <w:color w:val="000000"/>
          <w:sz w:val="40"/>
        </w:rPr>
        <w:t>香水包装样品验收记录</w:t>
      </w:r>
    </w:p>
    <w:p>
      <w:r>
        <w:rPr>
          <w:rFonts w:ascii="Noto Sans CJK SC" w:hAnsi="Noto Sans CJK SC" w:eastAsia="Noto Sans CJK SC"/>
          <w:color w:val="000000"/>
          <w:sz w:val="21"/>
        </w:rPr>
        <w:t>假设项目填写示例。所有尺寸、数量和观察均用于演示，不是报价、真实测试或供应商承诺。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样品编号与版本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假设方案 A  第 01 版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产品与包装配置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假设的 50 mL 香水瓶  已装好瓶盖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检查人及检查日期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证据文件夹编号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检查项目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完整瓶体适配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使用实际灌装瓶检查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瓶盖与盒盖净空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需修改  示例中假设瓶盖接触盒盖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瓶身抓取与取出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相邻部件在位时重查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内托就位与固定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检查组装完成的内托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闭合与开启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净空修改后重新检查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图稿与香型识别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核对已批准的双语图稿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整饰与可见损伤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对照约定的外观参考样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完整运输包装证据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需独立完成运输评估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修改与放行记录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需要处理的观察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示例观察  假设项目中瓶盖接触盒盖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责任人与处理动作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由供应商结构负责人提出修改  买方确认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修改后样品编号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不覆盖原始样品编号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复查证据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检查修改样后记录证据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结构批准范围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净空及取出检查尚未关闭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图稿与整饰批准范围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结构样不代表整饰已批准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运输验证范围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本例不代表运输测试或批准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最终处理状态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待确认  不依据本示例批准生产或出货</w:t>
            </w:r>
          </w:p>
        </w:tc>
      </w:tr>
    </w:tbl>
    <w:p>
      <w:r>
        <w:rPr>
          <w:rFonts w:ascii="Noto Sans CJK SC" w:hAnsi="Noto Sans CJK SC" w:eastAsia="Noto Sans CJK SC"/>
          <w:color w:val="000000"/>
          <w:sz w:val="21"/>
        </w:rPr>
        <w:t>保留批准版本及其附件。材料、瓶盖、图稿或装箱配置变更后，应重新检查受影响的项目。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SC" w:hAnsi="Noto Sans CJK SC" w:eastAsia="Noto Sans CJK SC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SC" w:hAnsi="Noto Sans CJK SC" w:eastAsia="Noto Sans CJK SC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